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jc w:val="center"/>
      </w:pPr>
      <w:r>
        <w:rPr>
          <w:b/>
          <w:sz w:val="30"/>
        </w:rPr>
        <w:t>KÚPNA ZMLUVA NA MOTOROVÉ VOZIDLO</w:t>
      </w:r>
    </w:p>
    <w:p>
      <w:pPr>
        <w:keepNext/>
        <w:jc w:val="center"/>
      </w:pPr>
      <w:r>
        <w:rPr>
          <w:i/>
          <w:color w:val="707070"/>
          <w:sz w:val="19"/>
        </w:rPr>
        <w:t>uzatvorená podľa § 588 a nasl. zákona č. 40/1964 Zb. Občiansky zákonník v znení neskorších predpisov</w:t>
      </w:r>
    </w:p>
    <w:p/>
    <w:p>
      <w:pPr>
        <w:keepNext/>
        <w:spacing w:before="160"/>
      </w:pPr>
      <w:r>
        <w:rPr>
          <w:b/>
          <w:sz w:val="23"/>
        </w:rPr>
        <w:t>Zmluvné strany</w:t>
      </w:r>
    </w:p>
    <w:p>
      <w:r>
        <w:t>Predávajúci:</w:t>
      </w:r>
    </w:p>
    <w:p>
      <w:r>
        <w:t>Meno a priezvisko:  ________________________________</w:t>
      </w:r>
    </w:p>
    <w:p>
      <w:r>
        <w:t>Dátum narodenia:  __________________      Rodné číslo:  __________________</w:t>
      </w:r>
    </w:p>
    <w:p>
      <w:r>
        <w:t>Adresa trvalého pobytu:  ________________________________</w:t>
      </w:r>
    </w:p>
    <w:p>
      <w:r>
        <w:t>Telefón / e-mail:  ________________________________</w:t>
      </w:r>
    </w:p>
    <w:p>
      <w:r>
        <w:t>(ďalej len „predávajúci“)</w:t>
      </w:r>
    </w:p>
    <w:p/>
    <w:p>
      <w:r>
        <w:t>a</w:t>
      </w:r>
    </w:p>
    <w:p/>
    <w:p>
      <w:r>
        <w:t>Kupujúci:</w:t>
      </w:r>
    </w:p>
    <w:p>
      <w:r>
        <w:t>Meno a priezvisko:  ________________________________</w:t>
      </w:r>
    </w:p>
    <w:p>
      <w:r>
        <w:t>Dátum narodenia:  __________________      Rodné číslo:  __________________</w:t>
      </w:r>
    </w:p>
    <w:p>
      <w:r>
        <w:t>Adresa trvalého pobytu:  ________________________________</w:t>
      </w:r>
    </w:p>
    <w:p>
      <w:r>
        <w:t>Telefón / e-mail:  ________________________________</w:t>
      </w:r>
    </w:p>
    <w:p>
      <w:r>
        <w:t>(ďalej len „kupujúci“)</w:t>
      </w:r>
    </w:p>
    <w:p/>
    <w:p>
      <w:r>
        <w:t>uzatvárajú túto kúpnu zmluvu:</w:t>
      </w:r>
    </w:p>
    <w:p/>
    <w:p>
      <w:pPr>
        <w:keepNext/>
        <w:spacing w:before="160"/>
      </w:pPr>
      <w:r>
        <w:rPr>
          <w:b/>
          <w:sz w:val="23"/>
        </w:rPr>
        <w:t>Článok I - Predmet zmluvy</w:t>
      </w:r>
    </w:p>
    <w:p>
      <w:r>
        <w:t>1.  Predmetom zmluvy je predaj motorového vozidla:</w:t>
      </w:r>
    </w:p>
    <w:p>
      <w:r>
        <w:t>Značka a model:  ________________________________</w:t>
      </w:r>
    </w:p>
    <w:p>
      <w:r>
        <w:t>Evidenčné číslo (EČV):  __________________      Rok výroby:  __________________</w:t>
      </w:r>
    </w:p>
    <w:p>
      <w:r>
        <w:t>VIN (číslo karosérie):  ________________________________</w:t>
      </w:r>
    </w:p>
    <w:p>
      <w:r>
        <w:t>Farba:  __________________      Stav tachometra:  __________________ km</w:t>
      </w:r>
    </w:p>
    <w:p>
      <w:r>
        <w:t>Číslo osvedčenia o evidencii:  ________________________________</w:t>
      </w:r>
    </w:p>
    <w:p>
      <w:r>
        <w:t>(ďalej len „vozidlo“)</w:t>
      </w:r>
    </w:p>
    <w:p>
      <w:r>
        <w:t>2.  Predávajúci vyhlasuje, že je výlučným vlastníkom vozidla, že na vozidle neviaznu žiadne práva tretích osôb, záložné práva, exekúcie ani leasing a že mu nie sú známe žiadne prekážky prevodu vlastníckeho práva.</w:t>
      </w:r>
    </w:p>
    <w:p/>
    <w:p>
      <w:pPr>
        <w:keepNext/>
        <w:spacing w:before="160"/>
      </w:pPr>
      <w:r>
        <w:rPr>
          <w:b/>
          <w:sz w:val="23"/>
        </w:rPr>
        <w:t>Článok II - Kúpna cena</w:t>
      </w:r>
    </w:p>
    <w:p>
      <w:r>
        <w:t>1.  Kúpna cena vozidla je dohodnutá vo výške __________________ eur (slovom: ________________________________).</w:t>
      </w:r>
    </w:p>
    <w:p>
      <w:r>
        <w:t>2.  Kupujúci uhradí kúpnu cenu (nehodiace sa preškrtnite):</w:t>
      </w:r>
    </w:p>
    <w:p>
      <w:pPr>
        <w:pStyle w:val="ListBullet"/>
      </w:pPr>
      <w:r>
        <w:t>v hotovosti pri podpise tejto zmluvy,</w:t>
      </w:r>
    </w:p>
    <w:p>
      <w:pPr>
        <w:pStyle w:val="ListBullet"/>
      </w:pPr>
      <w:r>
        <w:t>prevodom na účet predávajúceho IBAN ________________________________ najneskôr do __________________.</w:t>
      </w:r>
    </w:p>
    <w:p>
      <w:r>
        <w:t>3.  Predávajúci podpisom tejto zmluvy potvrdzuje prevzatie kúpnej ceny, ak bola uhradená v hotovosti pri podpise.</w:t>
      </w:r>
    </w:p>
    <w:p/>
    <w:p>
      <w:pPr>
        <w:keepNext/>
        <w:spacing w:before="160"/>
      </w:pPr>
      <w:r>
        <w:rPr>
          <w:b/>
          <w:sz w:val="23"/>
        </w:rPr>
        <w:t>Článok III - Technický stav vozidla</w:t>
      </w:r>
    </w:p>
    <w:p>
      <w:r>
        <w:t>1.  Kupujúci vyhlasuje, že sa so stavom vozidla oboznámil obhliadkou a skúšobnou jazdou.</w:t>
      </w:r>
    </w:p>
    <w:p>
      <w:r>
        <w:t>2.  Predávajúci vyhlasuje, že vozidlo nemá iné vady než tie, ktoré sú uvedené v bode 3, a že nezamlčal žiadnu jemu známu vadu vrátane havárií a zásahov do stavu tachometra.</w:t>
      </w:r>
    </w:p>
    <w:p>
      <w:r>
        <w:t>3.  Známe vady a poškodenia vozidla:</w:t>
      </w:r>
    </w:p>
    <w:p>
      <w:r>
        <w:t>________________________________</w:t>
      </w:r>
    </w:p>
    <w:p>
      <w:r>
        <w:t>________________________________</w:t>
      </w:r>
    </w:p>
    <w:p>
      <w:r>
        <w:t>4.  Práva kupujúceho zo zodpovednosti za vady, ktoré predávajúci zamlčal, tým nie sú dotknuté (§ 596 a § 597 Občianskeho zákonníka).</w:t>
      </w:r>
    </w:p>
    <w:p/>
    <w:p>
      <w:pPr>
        <w:keepNext/>
        <w:spacing w:before="160"/>
      </w:pPr>
      <w:r>
        <w:rPr>
          <w:b/>
          <w:sz w:val="23"/>
        </w:rPr>
        <w:t>Článok IV - Odovzdanie vozidla</w:t>
      </w:r>
    </w:p>
    <w:p>
      <w:r>
        <w:t>1.  Predávajúci odovzdá kupujúcemu vozidlo spolu s dokladmi a príslušenstvom dňa __________________.</w:t>
      </w:r>
    </w:p>
    <w:p>
      <w:r>
        <w:t>2.  Spolu s vozidlom predávajúci odovzdáva: osvedčenie o evidencii časť I a II, __________________ ks kľúčov, servisnú knižku (ak existuje), povinnú výbavu a:</w:t>
      </w:r>
    </w:p>
    <w:p>
      <w:r>
        <w:t>________________________________</w:t>
      </w:r>
    </w:p>
    <w:p/>
    <w:p>
      <w:pPr>
        <w:keepNext/>
        <w:spacing w:before="160"/>
      </w:pPr>
      <w:r>
        <w:rPr>
          <w:b/>
          <w:sz w:val="23"/>
        </w:rPr>
        <w:t>Článok V - Zmena držby v evidencii vozidiel</w:t>
      </w:r>
    </w:p>
    <w:p>
      <w:r>
        <w:t>1.  Zmluvné strany sa zaväzujú poskytnúť si vzájomnú súčinnosť pri zmene držiteľa vozidla v evidencii vozidiel v lehotách podľa zákona č. 8/2009 Z. z. o cestnej premávke.</w:t>
      </w:r>
    </w:p>
    <w:p>
      <w:r>
        <w:t>2.  Náklady spojené so zmenou držiteľa znáša (nehodiace sa preškrtnite): predávajúci / kupujúci / obe strany rovným dielom.</w:t>
      </w:r>
    </w:p>
    <w:p>
      <w:r>
        <w:t>3.  Nebezpečenstvo škody na vozidle prechádza na kupujúceho okamihom prevzatia vozidla. Kupujúci berie na vedomie povinnosť uzavrieť povinné zmluvné poistenie.</w:t>
      </w:r>
    </w:p>
    <w:p/>
    <w:p>
      <w:pPr>
        <w:keepNext/>
        <w:spacing w:before="160"/>
      </w:pPr>
      <w:r>
        <w:rPr>
          <w:b/>
          <w:sz w:val="23"/>
        </w:rPr>
        <w:t>Článok VI - Záverečné ustanovenia</w:t>
      </w:r>
    </w:p>
    <w:p>
      <w:r>
        <w:t>1.  Zmluva nadobúda platnosť a účinnosť dňom podpisu oboma zmluvnými stranami.</w:t>
      </w:r>
    </w:p>
    <w:p>
      <w:r>
        <w:t>2.  Právne vzťahy neupravené touto zmluvou sa riadia Občianskym zákonníkom.</w:t>
      </w:r>
    </w:p>
    <w:p>
      <w:r>
        <w:t>3.  Zmluva je vyhotovená v dvoch rovnopisoch, po jednom pre každú zmluvnú stranu.</w:t>
      </w:r>
    </w:p>
    <w:p>
      <w:r>
        <w:t>4.  Zmluvné strany vyhlasujú, že si zmluvu prečítali, jej obsahu porozumeli a na znak súhlasu ju podpisujú slobodne a vážne.</w:t>
      </w:r>
    </w:p>
    <w:p/>
    <w:p>
      <w:r>
        <w:t>V __________________ dňa __________________</w:t>
      </w:r>
    </w:p>
    <w:p/>
    <w:p/>
    <w:p>
      <w:pPr>
        <w:keepNext/>
      </w:pPr>
      <w:r>
        <w:t>........................................                    ........................................</w:t>
      </w:r>
    </w:p>
    <w:p>
      <w:r>
        <w:t>predávajúci                    kupujúci</w:t>
      </w:r>
    </w:p>
    <w:p/>
    <w:p>
      <w:r>
        <w:rPr>
          <w:i/>
          <w:color w:val="707070"/>
          <w:sz w:val="18"/>
        </w:rPr>
        <w:t>Vzor pripravil bezkecov.sk. Slúži na bežný predaj vozidla medzi fyzickými osobami a nenahrádza právne poradenstvo v zložitejších prípadoch (spoluvlastníctvo, leasing, predaj firmou).</w:t>
      </w:r>
    </w:p>
    <w:sectPr w:rsidR="00FC693F" w:rsidRPr="0006063C" w:rsidSect="00034616"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